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" w:hAnsi="Arial"/>
          <w:b/>
          <w:color w:val="111827"/>
          <w:sz w:val="36"/>
        </w:rPr>
        <w:t>Задание на проектирование объекта</w:t>
      </w:r>
    </w:p>
    <w:p>
      <w:pPr>
        <w:spacing w:after="200"/>
      </w:pPr>
      <w:r>
        <w:rPr>
          <w:rFonts w:ascii="Arial" w:hAnsi="Arial"/>
          <w:color w:val="4B5563"/>
          <w:sz w:val="20"/>
        </w:rPr>
        <w:t>Шаблон для предварительного расчета стоимости проектирования. Поля можно заполнить вручную или в Word.</w:t>
      </w:r>
    </w:p>
    <w:p>
      <w:pPr>
        <w:pStyle w:val="Heading2"/>
      </w:pPr>
      <w:r>
        <w:t>1. Основные сведения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9D7E3"/>
          <w:left w:val="single" w:sz="6" w:space="0" w:color="C9D7E3"/>
          <w:bottom w:val="single" w:sz="6" w:space="0" w:color="C9D7E3"/>
          <w:right w:val="single" w:sz="6" w:space="0" w:color="C9D7E3"/>
          <w:insideH w:val="single" w:sz="6" w:space="0" w:color="C9D7E3"/>
          <w:insideV w:val="single" w:sz="6" w:space="0" w:color="C9D7E3"/>
        </w:tblBorders>
        <w:tblCellMar>
          <w:top w:w="120" w:type="dxa"/>
          <w:start w:w="140" w:type="dxa"/>
          <w:bottom w:w="120" w:type="dxa"/>
          <w:end w:w="140" w:type="dxa"/>
        </w:tblCellMar>
      </w:tblPr>
      <w:tblGrid>
        <w:gridCol w:w="3528"/>
        <w:gridCol w:w="6552"/>
      </w:tblGrid>
      <w:tr>
        <w:tc>
          <w:tcPr>
            <w:tcW w:type="dxa" w:w="5083"/>
            <w:shd w:fill="2F6F9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Что указать</w:t>
            </w:r>
          </w:p>
        </w:tc>
        <w:tc>
          <w:tcPr>
            <w:tcW w:type="dxa" w:w="5083"/>
            <w:shd w:fill="2F6F9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Данные заказчика</w:t>
            </w:r>
          </w:p>
        </w:tc>
      </w:tr>
      <w:tr>
        <w:tc>
          <w:tcPr>
            <w:tcW w:type="dxa" w:w="3528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Заказчик / организация</w:t>
            </w:r>
          </w:p>
        </w:tc>
        <w:tc>
          <w:tcPr>
            <w:tcW w:type="dxa" w:w="655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9"/>
              </w:rPr>
              <w:t>Указать наименование, ИНН, контактное лицо, телефон, e-mail.</w:t>
            </w:r>
          </w:p>
        </w:tc>
      </w:tr>
      <w:tr>
        <w:tc>
          <w:tcPr>
            <w:tcW w:type="dxa" w:w="3528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Объект проектирования</w:t>
            </w:r>
          </w:p>
        </w:tc>
        <w:tc>
          <w:tcPr>
            <w:tcW w:type="dxa" w:w="655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9"/>
              </w:rPr>
              <w:t>Например: склад, магазин, производственное здание, административное здание, реконструкция.</w:t>
            </w:r>
          </w:p>
        </w:tc>
      </w:tr>
      <w:tr>
        <w:tc>
          <w:tcPr>
            <w:tcW w:type="dxa" w:w="3528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Адрес / кадастровый номер участка</w:t>
            </w:r>
          </w:p>
        </w:tc>
        <w:tc>
          <w:tcPr>
            <w:tcW w:type="dxa" w:w="655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9"/>
              </w:rPr>
              <w:t>Адрес, кадастровый номер, ссылка на публичную кадастровую карту или схема участка.</w:t>
            </w:r>
          </w:p>
        </w:tc>
      </w:tr>
      <w:tr>
        <w:tc>
          <w:tcPr>
            <w:tcW w:type="dxa" w:w="3528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Назначение объекта</w:t>
            </w:r>
          </w:p>
        </w:tc>
        <w:tc>
          <w:tcPr>
            <w:tcW w:type="dxa" w:w="655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9"/>
              </w:rPr>
              <w:t>Как будет использоваться объект: хранение, торговля, производство, офис, общественная функция.</w:t>
            </w:r>
          </w:p>
        </w:tc>
      </w:tr>
      <w:tr>
        <w:tc>
          <w:tcPr>
            <w:tcW w:type="dxa" w:w="3528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Ориентировочные параметры</w:t>
            </w:r>
          </w:p>
        </w:tc>
        <w:tc>
          <w:tcPr>
            <w:tcW w:type="dxa" w:w="655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9"/>
              </w:rPr>
              <w:t>Площадь, этажность, высота, пролет, количество секций, парковка, доки, ворота, АБК.</w:t>
            </w:r>
          </w:p>
        </w:tc>
      </w:tr>
      <w:tr>
        <w:tc>
          <w:tcPr>
            <w:tcW w:type="dxa" w:w="3528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Стадия проектирования</w:t>
            </w:r>
          </w:p>
        </w:tc>
        <w:tc>
          <w:tcPr>
            <w:tcW w:type="dxa" w:w="655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9"/>
              </w:rPr>
              <w:t>Концепция, проектная документация, рабочая документация, отдельные разделы или полный комплект.</w:t>
            </w:r>
          </w:p>
        </w:tc>
      </w:tr>
    </w:tbl>
    <w:p/>
    <w:p>
      <w:pPr>
        <w:pStyle w:val="Heading2"/>
      </w:pPr>
      <w:r>
        <w:t>2. Состав работ и исходные данные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9D7E3"/>
          <w:left w:val="single" w:sz="6" w:space="0" w:color="C9D7E3"/>
          <w:bottom w:val="single" w:sz="6" w:space="0" w:color="C9D7E3"/>
          <w:right w:val="single" w:sz="6" w:space="0" w:color="C9D7E3"/>
          <w:insideH w:val="single" w:sz="6" w:space="0" w:color="C9D7E3"/>
          <w:insideV w:val="single" w:sz="6" w:space="0" w:color="C9D7E3"/>
        </w:tblBorders>
        <w:tblCellMar>
          <w:top w:w="120" w:type="dxa"/>
          <w:start w:w="140" w:type="dxa"/>
          <w:bottom w:w="120" w:type="dxa"/>
          <w:end w:w="140" w:type="dxa"/>
        </w:tblCellMar>
      </w:tblPr>
      <w:tblGrid>
        <w:gridCol w:w="3528"/>
        <w:gridCol w:w="6552"/>
      </w:tblGrid>
      <w:tr>
        <w:tc>
          <w:tcPr>
            <w:tcW w:type="dxa" w:w="5083"/>
            <w:shd w:fill="2F6F9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Что указать</w:t>
            </w:r>
          </w:p>
        </w:tc>
        <w:tc>
          <w:tcPr>
            <w:tcW w:type="dxa" w:w="5083"/>
            <w:shd w:fill="2F6F9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Данные заказчика</w:t>
            </w:r>
          </w:p>
        </w:tc>
      </w:tr>
      <w:tr>
        <w:tc>
          <w:tcPr>
            <w:tcW w:type="dxa" w:w="3528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Нужна ли экспертиза / РнС</w:t>
            </w:r>
          </w:p>
        </w:tc>
        <w:tc>
          <w:tcPr>
            <w:tcW w:type="dxa" w:w="655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9"/>
              </w:rPr>
              <w:t>Да / нет / нужно определить. Указать известные требования администрации или экспертизы.</w:t>
            </w:r>
          </w:p>
        </w:tc>
      </w:tr>
      <w:tr>
        <w:tc>
          <w:tcPr>
            <w:tcW w:type="dxa" w:w="3528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Состав разделов</w:t>
            </w:r>
          </w:p>
        </w:tc>
        <w:tc>
          <w:tcPr>
            <w:tcW w:type="dxa" w:w="655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9"/>
              </w:rPr>
              <w:t>ПЗ, ПЗУ, АР, КР, инженерные разделы, ПОС, ООС, пожарная безопасность, сметы, ТХ и другие.</w:t>
            </w:r>
          </w:p>
        </w:tc>
      </w:tr>
      <w:tr>
        <w:tc>
          <w:tcPr>
            <w:tcW w:type="dxa" w:w="3528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Инженерные сети</w:t>
            </w:r>
          </w:p>
        </w:tc>
        <w:tc>
          <w:tcPr>
            <w:tcW w:type="dxa" w:w="655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9"/>
              </w:rPr>
              <w:t>Электроснабжение, вода, канализация, отопление, вентиляция, газ, слаботочные сети, пожаротушение.</w:t>
            </w:r>
          </w:p>
        </w:tc>
      </w:tr>
      <w:tr>
        <w:tc>
          <w:tcPr>
            <w:tcW w:type="dxa" w:w="3528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Исходные данные</w:t>
            </w:r>
          </w:p>
        </w:tc>
        <w:tc>
          <w:tcPr>
            <w:tcW w:type="dxa" w:w="655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9"/>
              </w:rPr>
              <w:t>ГПЗУ, топосъемка, ТУ, изыскания, правоустанавливающие документы, обмеры, старый проект.</w:t>
            </w:r>
          </w:p>
        </w:tc>
      </w:tr>
      <w:tr>
        <w:tc>
          <w:tcPr>
            <w:tcW w:type="dxa" w:w="3528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Особые требования</w:t>
            </w:r>
          </w:p>
        </w:tc>
        <w:tc>
          <w:tcPr>
            <w:tcW w:type="dxa" w:w="655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9"/>
              </w:rPr>
              <w:t>Сроки, бюджетные ограничения, требования арендатора, оборудования, технологического процесса.</w:t>
            </w:r>
          </w:p>
        </w:tc>
      </w:tr>
      <w:tr>
        <w:tc>
          <w:tcPr>
            <w:tcW w:type="dxa" w:w="3528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Желаемый результат</w:t>
            </w:r>
          </w:p>
        </w:tc>
        <w:tc>
          <w:tcPr>
            <w:tcW w:type="dxa" w:w="655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9"/>
              </w:rPr>
              <w:t>Что нужно получить: расчет цены, состав разделов, проект для РнС, рабочие чертежи, сопровождение.</w:t>
            </w:r>
          </w:p>
        </w:tc>
      </w:tr>
    </w:tbl>
    <w:p/>
    <w:p>
      <w:pPr>
        <w:pStyle w:val="Heading2"/>
      </w:pPr>
      <w:r>
        <w:t>3. Примечания</w:t>
      </w:r>
    </w:p>
    <w:p>
      <w:r>
        <w:rPr>
          <w:rFonts w:ascii="Arial" w:hAnsi="Arial"/>
          <w:color w:val="4B5563"/>
          <w:sz w:val="20"/>
        </w:rPr>
        <w:t>Если часть исходных данных отсутствует, это можно указать в таблице. На предварительном этапе достаточно базовой информации об объекте, участке, площади, стадии работ и инженерных подключениях.</w:t>
      </w:r>
    </w:p>
    <w:sectPr w:rsidR="00FC693F" w:rsidRPr="0006063C" w:rsidSect="00034616">
      <w:pgSz w:w="12240" w:h="15840"/>
      <w:pgMar w:top="1037" w:right="1037" w:bottom="1037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1182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11827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11182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Arial" w:hAnsi="Arial"/>
      <w:b/>
      <w:bCs/>
      <w:color w:val="111827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